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610A71" w14:textId="77777777" w:rsidR="00E96034" w:rsidRDefault="00000000">
      <w:pPr>
        <w:jc w:val="center"/>
      </w:pPr>
      <w:r>
        <w:rPr>
          <w:b/>
          <w:sz w:val="28"/>
        </w:rPr>
        <w:t>MODULO A</w:t>
      </w:r>
    </w:p>
    <w:p w14:paraId="70DA772D" w14:textId="77777777" w:rsidR="00E96034" w:rsidRDefault="00000000">
      <w:pPr>
        <w:spacing w:after="80"/>
        <w:jc w:val="center"/>
      </w:pPr>
      <w:r>
        <w:rPr>
          <w:b/>
          <w:sz w:val="22"/>
        </w:rPr>
        <w:t>MANIFESTAZIONE DI INTERESSE PER PROPOSTE DI EVENTI E ATTIVITÀ CULTURALI</w:t>
      </w:r>
      <w:r>
        <w:rPr>
          <w:b/>
          <w:sz w:val="22"/>
        </w:rPr>
        <w:br/>
        <w:t>SETTEMBRE - DICEMBRE 2026</w:t>
      </w:r>
    </w:p>
    <w:p w14:paraId="081AE94B" w14:textId="77777777" w:rsidR="00E96034" w:rsidRDefault="00000000">
      <w:pPr>
        <w:spacing w:after="120"/>
      </w:pPr>
      <w:r>
        <w:rPr>
          <w:i/>
          <w:sz w:val="17"/>
        </w:rPr>
        <w:t>Il modulo può essere compilato al computer oppure in stampatello leggibile. I campi contrassegnati con (*) sono obbligatori.</w:t>
      </w:r>
    </w:p>
    <w:p w14:paraId="0B74A41D" w14:textId="77777777" w:rsidR="00E96034" w:rsidRDefault="00000000">
      <w:pPr>
        <w:spacing w:before="160" w:after="80"/>
      </w:pPr>
      <w:r>
        <w:rPr>
          <w:b/>
          <w:sz w:val="22"/>
        </w:rPr>
        <w:t>1. DATI DEL SOGGETTO PROPONENTE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118"/>
        <w:gridCol w:w="6520"/>
      </w:tblGrid>
      <w:tr w:rsidR="00E96034" w14:paraId="3123D725" w14:textId="77777777">
        <w:trPr>
          <w:jc w:val="center"/>
        </w:trPr>
        <w:tc>
          <w:tcPr>
            <w:tcW w:w="3118" w:type="dxa"/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4C8930D" w14:textId="77777777" w:rsidR="00E96034" w:rsidRDefault="00000000">
            <w:r>
              <w:rPr>
                <w:b/>
              </w:rPr>
              <w:t>Denominazione / Nome e cognome (*)</w:t>
            </w:r>
          </w:p>
        </w:tc>
        <w:tc>
          <w:tcPr>
            <w:tcW w:w="652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DBE1B22" w14:textId="77777777" w:rsidR="00E96034" w:rsidRDefault="00E96034"/>
        </w:tc>
      </w:tr>
      <w:tr w:rsidR="00E96034" w14:paraId="088914F9" w14:textId="77777777">
        <w:trPr>
          <w:jc w:val="center"/>
        </w:trPr>
        <w:tc>
          <w:tcPr>
            <w:tcW w:w="3118" w:type="dxa"/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7018094" w14:textId="77777777" w:rsidR="00E96034" w:rsidRDefault="00000000">
            <w:r>
              <w:rPr>
                <w:b/>
              </w:rPr>
              <w:t>Tipologia (*)</w:t>
            </w:r>
          </w:p>
        </w:tc>
        <w:tc>
          <w:tcPr>
            <w:tcW w:w="652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FAE9B50" w14:textId="77777777" w:rsidR="00E96034" w:rsidRDefault="00000000">
            <w:r>
              <w:t>☐ Artista/professionista   ☐ Associazione   ☐ Fondazione   ☐ Cooperativa   ☐ Impresa   ☐ Altro: __________________</w:t>
            </w:r>
          </w:p>
        </w:tc>
      </w:tr>
      <w:tr w:rsidR="00E96034" w14:paraId="4E7DA349" w14:textId="77777777">
        <w:trPr>
          <w:jc w:val="center"/>
        </w:trPr>
        <w:tc>
          <w:tcPr>
            <w:tcW w:w="3118" w:type="dxa"/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DF63DD2" w14:textId="77777777" w:rsidR="00E96034" w:rsidRDefault="00000000">
            <w:r>
              <w:rPr>
                <w:b/>
              </w:rPr>
              <w:t>Legale rappresentante (se applicabile)</w:t>
            </w:r>
          </w:p>
        </w:tc>
        <w:tc>
          <w:tcPr>
            <w:tcW w:w="652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AAE5EF5" w14:textId="77777777" w:rsidR="00E96034" w:rsidRDefault="00E96034"/>
        </w:tc>
      </w:tr>
      <w:tr w:rsidR="00E96034" w14:paraId="0CB4C8E6" w14:textId="77777777">
        <w:trPr>
          <w:jc w:val="center"/>
        </w:trPr>
        <w:tc>
          <w:tcPr>
            <w:tcW w:w="3118" w:type="dxa"/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4EE0FE5" w14:textId="77777777" w:rsidR="00E96034" w:rsidRDefault="00000000">
            <w:r>
              <w:rPr>
                <w:b/>
              </w:rPr>
              <w:t>Luogo e data di nascita</w:t>
            </w:r>
          </w:p>
        </w:tc>
        <w:tc>
          <w:tcPr>
            <w:tcW w:w="652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BE49F00" w14:textId="77777777" w:rsidR="00E96034" w:rsidRDefault="00E96034"/>
        </w:tc>
      </w:tr>
      <w:tr w:rsidR="00E96034" w14:paraId="0AFFE4EC" w14:textId="77777777">
        <w:trPr>
          <w:jc w:val="center"/>
        </w:trPr>
        <w:tc>
          <w:tcPr>
            <w:tcW w:w="3118" w:type="dxa"/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E8BE9D0" w14:textId="77777777" w:rsidR="00E96034" w:rsidRDefault="00000000">
            <w:r>
              <w:rPr>
                <w:b/>
              </w:rPr>
              <w:t>Sede / Residenza (*)</w:t>
            </w:r>
          </w:p>
        </w:tc>
        <w:tc>
          <w:tcPr>
            <w:tcW w:w="652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8958444" w14:textId="77777777" w:rsidR="00E96034" w:rsidRDefault="00E96034"/>
        </w:tc>
      </w:tr>
      <w:tr w:rsidR="00E96034" w14:paraId="74A7A6F7" w14:textId="77777777">
        <w:trPr>
          <w:jc w:val="center"/>
        </w:trPr>
        <w:tc>
          <w:tcPr>
            <w:tcW w:w="3118" w:type="dxa"/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5FDD866" w14:textId="77777777" w:rsidR="00E96034" w:rsidRDefault="00000000">
            <w:r>
              <w:rPr>
                <w:b/>
              </w:rPr>
              <w:t>Codice fiscale (*)</w:t>
            </w:r>
          </w:p>
        </w:tc>
        <w:tc>
          <w:tcPr>
            <w:tcW w:w="652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6639067" w14:textId="77777777" w:rsidR="00E96034" w:rsidRDefault="00E96034"/>
        </w:tc>
      </w:tr>
      <w:tr w:rsidR="00E96034" w14:paraId="5224FEDE" w14:textId="77777777">
        <w:trPr>
          <w:jc w:val="center"/>
        </w:trPr>
        <w:tc>
          <w:tcPr>
            <w:tcW w:w="3118" w:type="dxa"/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EBD52FB" w14:textId="77777777" w:rsidR="00E96034" w:rsidRDefault="00000000">
            <w:r>
              <w:rPr>
                <w:b/>
              </w:rPr>
              <w:t>Partita IVA</w:t>
            </w:r>
          </w:p>
        </w:tc>
        <w:tc>
          <w:tcPr>
            <w:tcW w:w="652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0254DC3" w14:textId="77777777" w:rsidR="00E96034" w:rsidRDefault="00E96034"/>
        </w:tc>
      </w:tr>
      <w:tr w:rsidR="00E96034" w14:paraId="7676D379" w14:textId="77777777">
        <w:trPr>
          <w:jc w:val="center"/>
        </w:trPr>
        <w:tc>
          <w:tcPr>
            <w:tcW w:w="3118" w:type="dxa"/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05259FF" w14:textId="77777777" w:rsidR="00E96034" w:rsidRDefault="00000000">
            <w:r>
              <w:rPr>
                <w:b/>
              </w:rPr>
              <w:t>PEC (*)</w:t>
            </w:r>
          </w:p>
        </w:tc>
        <w:tc>
          <w:tcPr>
            <w:tcW w:w="652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2537331" w14:textId="77777777" w:rsidR="00E96034" w:rsidRDefault="00E96034"/>
        </w:tc>
      </w:tr>
      <w:tr w:rsidR="00E96034" w14:paraId="541691F9" w14:textId="77777777">
        <w:trPr>
          <w:jc w:val="center"/>
        </w:trPr>
        <w:tc>
          <w:tcPr>
            <w:tcW w:w="3118" w:type="dxa"/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79BBD65" w14:textId="77777777" w:rsidR="00E96034" w:rsidRDefault="00000000">
            <w:r>
              <w:rPr>
                <w:b/>
              </w:rPr>
              <w:t>E-mail</w:t>
            </w:r>
          </w:p>
        </w:tc>
        <w:tc>
          <w:tcPr>
            <w:tcW w:w="652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CBDB005" w14:textId="77777777" w:rsidR="00E96034" w:rsidRDefault="00E96034"/>
        </w:tc>
      </w:tr>
      <w:tr w:rsidR="00E96034" w14:paraId="59B7F263" w14:textId="77777777">
        <w:trPr>
          <w:jc w:val="center"/>
        </w:trPr>
        <w:tc>
          <w:tcPr>
            <w:tcW w:w="3118" w:type="dxa"/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0EAD55A" w14:textId="77777777" w:rsidR="00E96034" w:rsidRDefault="00000000">
            <w:r>
              <w:rPr>
                <w:b/>
              </w:rPr>
              <w:t>Telefono (*)</w:t>
            </w:r>
          </w:p>
        </w:tc>
        <w:tc>
          <w:tcPr>
            <w:tcW w:w="652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C0793A5" w14:textId="77777777" w:rsidR="00E96034" w:rsidRDefault="00E96034"/>
        </w:tc>
      </w:tr>
    </w:tbl>
    <w:p w14:paraId="00DAB648" w14:textId="77777777" w:rsidR="00E96034" w:rsidRDefault="00000000">
      <w:pPr>
        <w:spacing w:before="160" w:after="80"/>
      </w:pPr>
      <w:r>
        <w:rPr>
          <w:b/>
          <w:sz w:val="22"/>
        </w:rPr>
        <w:t>2. PROPOSTA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116"/>
        <w:gridCol w:w="7186"/>
      </w:tblGrid>
      <w:tr w:rsidR="00E96034" w14:paraId="74AC4523" w14:textId="77777777">
        <w:trPr>
          <w:jc w:val="center"/>
        </w:trPr>
        <w:tc>
          <w:tcPr>
            <w:tcW w:w="3118" w:type="dxa"/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18F945D" w14:textId="77777777" w:rsidR="00E96034" w:rsidRDefault="00000000">
            <w:r>
              <w:rPr>
                <w:b/>
              </w:rPr>
              <w:t>Titolo dell’iniziativa (*)</w:t>
            </w:r>
          </w:p>
        </w:tc>
        <w:tc>
          <w:tcPr>
            <w:tcW w:w="652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C3B9411" w14:textId="77777777" w:rsidR="00E96034" w:rsidRDefault="00E96034"/>
        </w:tc>
      </w:tr>
      <w:tr w:rsidR="00E96034" w14:paraId="19929715" w14:textId="77777777">
        <w:trPr>
          <w:jc w:val="center"/>
        </w:trPr>
        <w:tc>
          <w:tcPr>
            <w:tcW w:w="3118" w:type="dxa"/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FE53E50" w14:textId="77777777" w:rsidR="00E96034" w:rsidRDefault="00000000">
            <w:r>
              <w:rPr>
                <w:b/>
              </w:rPr>
              <w:t>Tipologia</w:t>
            </w:r>
          </w:p>
        </w:tc>
        <w:tc>
          <w:tcPr>
            <w:tcW w:w="652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8943A6F" w14:textId="77777777" w:rsidR="00E96034" w:rsidRDefault="00000000">
            <w:r>
              <w:t>☐ Laboratorio   ☐ Attività ludico-educativa   ☐ Evento culturale   ☐ Animazione   ☐ Musica   ☐ Teatro   ☐ Concerto/spettacolo   ☐ Altro: __________</w:t>
            </w:r>
          </w:p>
        </w:tc>
      </w:tr>
      <w:tr w:rsidR="00E96034" w14:paraId="02321A8E" w14:textId="77777777">
        <w:trPr>
          <w:jc w:val="center"/>
        </w:trPr>
        <w:tc>
          <w:tcPr>
            <w:tcW w:w="3118" w:type="dxa"/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7BAC38B" w14:textId="77777777" w:rsidR="00E96034" w:rsidRDefault="00000000">
            <w:r>
              <w:rPr>
                <w:b/>
              </w:rPr>
              <w:t>Periodo o data proposta</w:t>
            </w:r>
          </w:p>
        </w:tc>
        <w:tc>
          <w:tcPr>
            <w:tcW w:w="652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2EC66D7" w14:textId="77777777" w:rsidR="00E96034" w:rsidRDefault="00E96034"/>
        </w:tc>
      </w:tr>
      <w:tr w:rsidR="00E96034" w14:paraId="491C73BB" w14:textId="77777777">
        <w:trPr>
          <w:jc w:val="center"/>
        </w:trPr>
        <w:tc>
          <w:tcPr>
            <w:tcW w:w="3118" w:type="dxa"/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73161E5" w14:textId="77777777" w:rsidR="00E96034" w:rsidRDefault="00000000">
            <w:r>
              <w:rPr>
                <w:b/>
              </w:rPr>
              <w:t>Durata indicativa</w:t>
            </w:r>
          </w:p>
        </w:tc>
        <w:tc>
          <w:tcPr>
            <w:tcW w:w="652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C8583C2" w14:textId="77777777" w:rsidR="00E96034" w:rsidRDefault="00E96034"/>
        </w:tc>
      </w:tr>
      <w:tr w:rsidR="00E96034" w14:paraId="6414EA01" w14:textId="77777777">
        <w:trPr>
          <w:jc w:val="center"/>
        </w:trPr>
        <w:tc>
          <w:tcPr>
            <w:tcW w:w="3118" w:type="dxa"/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390A6FF" w14:textId="77777777" w:rsidR="00E96034" w:rsidRDefault="00000000">
            <w:r>
              <w:rPr>
                <w:b/>
              </w:rPr>
              <w:t>Luogo preferito</w:t>
            </w:r>
          </w:p>
        </w:tc>
        <w:tc>
          <w:tcPr>
            <w:tcW w:w="652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F636B37" w14:textId="77777777" w:rsidR="00E96034" w:rsidRDefault="00E96034"/>
        </w:tc>
      </w:tr>
      <w:tr w:rsidR="00E96034" w14:paraId="3E868B07" w14:textId="77777777">
        <w:trPr>
          <w:jc w:val="center"/>
        </w:trPr>
        <w:tc>
          <w:tcPr>
            <w:tcW w:w="3118" w:type="dxa"/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1621E14" w14:textId="77777777" w:rsidR="00E96034" w:rsidRDefault="00000000">
            <w:r>
              <w:rPr>
                <w:b/>
              </w:rPr>
              <w:t>Pubblico destinatario</w:t>
            </w:r>
          </w:p>
        </w:tc>
        <w:tc>
          <w:tcPr>
            <w:tcW w:w="652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C28A673" w14:textId="77777777" w:rsidR="00E96034" w:rsidRDefault="00E96034"/>
        </w:tc>
      </w:tr>
      <w:tr w:rsidR="00E96034" w14:paraId="44EDD23B" w14:textId="77777777">
        <w:trPr>
          <w:jc w:val="center"/>
        </w:trPr>
        <w:tc>
          <w:tcPr>
            <w:tcW w:w="3118" w:type="dxa"/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A90721F" w14:textId="77777777" w:rsidR="00E96034" w:rsidRDefault="00000000">
            <w:r>
              <w:rPr>
                <w:b/>
              </w:rPr>
              <w:t>Numero stimato di partecipanti</w:t>
            </w:r>
          </w:p>
        </w:tc>
        <w:tc>
          <w:tcPr>
            <w:tcW w:w="652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276DC4A" w14:textId="77777777" w:rsidR="00E96034" w:rsidRDefault="00E96034"/>
        </w:tc>
      </w:tr>
      <w:tr w:rsidR="00E96034" w14:paraId="0D108670" w14:textId="77777777">
        <w:trPr>
          <w:jc w:val="center"/>
        </w:trPr>
        <w:tc>
          <w:tcPr>
            <w:tcW w:w="10312" w:type="dxa"/>
            <w:gridSpan w:val="2"/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2A708FB" w14:textId="77777777" w:rsidR="00E96034" w:rsidRDefault="00000000">
            <w:r>
              <w:rPr>
                <w:b/>
              </w:rPr>
              <w:t>Descrizione sintetica dell’iniziativa (*)</w:t>
            </w:r>
          </w:p>
        </w:tc>
      </w:tr>
      <w:tr w:rsidR="00E96034" w14:paraId="460108F2" w14:textId="77777777">
        <w:trPr>
          <w:trHeight w:val="1559"/>
          <w:jc w:val="center"/>
        </w:trPr>
        <w:tc>
          <w:tcPr>
            <w:tcW w:w="10312" w:type="dxa"/>
            <w:gridSpan w:val="2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E0236E7" w14:textId="77777777" w:rsidR="00E96034" w:rsidRDefault="00E96034"/>
        </w:tc>
      </w:tr>
      <w:tr w:rsidR="00E96034" w14:paraId="767420E3" w14:textId="77777777">
        <w:trPr>
          <w:jc w:val="center"/>
        </w:trPr>
        <w:tc>
          <w:tcPr>
            <w:tcW w:w="10312" w:type="dxa"/>
            <w:gridSpan w:val="2"/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0C0FB44" w14:textId="77777777" w:rsidR="00E96034" w:rsidRDefault="00000000">
            <w:r>
              <w:rPr>
                <w:b/>
              </w:rPr>
              <w:lastRenderedPageBreak/>
              <w:t>Programma, modalità di svolgimento e risultati attesi (*)</w:t>
            </w:r>
          </w:p>
        </w:tc>
      </w:tr>
      <w:tr w:rsidR="00E96034" w14:paraId="12C8440F" w14:textId="77777777">
        <w:trPr>
          <w:trHeight w:val="2182"/>
          <w:jc w:val="center"/>
        </w:trPr>
        <w:tc>
          <w:tcPr>
            <w:tcW w:w="10312" w:type="dxa"/>
            <w:gridSpan w:val="2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01EA5B7" w14:textId="77777777" w:rsidR="00E96034" w:rsidRDefault="00E96034"/>
        </w:tc>
      </w:tr>
      <w:tr w:rsidR="00E96034" w14:paraId="00CFD7AC" w14:textId="77777777">
        <w:trPr>
          <w:jc w:val="center"/>
        </w:trPr>
        <w:tc>
          <w:tcPr>
            <w:tcW w:w="10312" w:type="dxa"/>
            <w:gridSpan w:val="2"/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7E7C07A" w14:textId="77777777" w:rsidR="00E96034" w:rsidRDefault="00000000">
            <w:r>
              <w:rPr>
                <w:b/>
              </w:rPr>
              <w:t>Curriculum ed esperienze del soggetto proponente</w:t>
            </w:r>
          </w:p>
        </w:tc>
      </w:tr>
      <w:tr w:rsidR="00E96034" w14:paraId="2E1A7B60" w14:textId="77777777">
        <w:trPr>
          <w:trHeight w:val="1247"/>
          <w:jc w:val="center"/>
        </w:trPr>
        <w:tc>
          <w:tcPr>
            <w:tcW w:w="10312" w:type="dxa"/>
            <w:gridSpan w:val="2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091A2AC" w14:textId="77777777" w:rsidR="00E96034" w:rsidRDefault="00E96034"/>
        </w:tc>
      </w:tr>
    </w:tbl>
    <w:p w14:paraId="48FBDD7A" w14:textId="77777777" w:rsidR="00E96034" w:rsidRDefault="00000000">
      <w:pPr>
        <w:spacing w:before="160" w:after="80"/>
      </w:pPr>
      <w:r>
        <w:rPr>
          <w:b/>
          <w:sz w:val="22"/>
        </w:rPr>
        <w:t>3. ESIGENZE TECNICHE E ORGANIZZATIVE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114"/>
        <w:gridCol w:w="7188"/>
      </w:tblGrid>
      <w:tr w:rsidR="00E96034" w14:paraId="38ED2355" w14:textId="77777777">
        <w:trPr>
          <w:jc w:val="center"/>
        </w:trPr>
        <w:tc>
          <w:tcPr>
            <w:tcW w:w="10312" w:type="dxa"/>
            <w:gridSpan w:val="2"/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16C75BA" w14:textId="77777777" w:rsidR="00E96034" w:rsidRDefault="00000000">
            <w:r>
              <w:rPr>
                <w:b/>
              </w:rPr>
              <w:t>Attrezzature, spazi, allestimenti, energia elettrica, audio/luci o altri servizi richiesti al Comune</w:t>
            </w:r>
          </w:p>
        </w:tc>
      </w:tr>
      <w:tr w:rsidR="00E96034" w14:paraId="20D69375" w14:textId="77777777">
        <w:trPr>
          <w:trHeight w:val="1559"/>
          <w:jc w:val="center"/>
        </w:trPr>
        <w:tc>
          <w:tcPr>
            <w:tcW w:w="10312" w:type="dxa"/>
            <w:gridSpan w:val="2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C7147A6" w14:textId="77777777" w:rsidR="00E96034" w:rsidRDefault="00E96034"/>
        </w:tc>
      </w:tr>
      <w:tr w:rsidR="00E96034" w14:paraId="54B928C8" w14:textId="77777777">
        <w:trPr>
          <w:jc w:val="center"/>
        </w:trPr>
        <w:tc>
          <w:tcPr>
            <w:tcW w:w="10312" w:type="dxa"/>
            <w:gridSpan w:val="2"/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2E3B58F" w14:textId="77777777" w:rsidR="00E96034" w:rsidRDefault="00000000">
            <w:r>
              <w:rPr>
                <w:b/>
              </w:rPr>
              <w:t>Personale, attrezzature e servizi messi a disposizione dal proponente</w:t>
            </w:r>
          </w:p>
        </w:tc>
      </w:tr>
      <w:tr w:rsidR="00E96034" w14:paraId="66C234C9" w14:textId="77777777">
        <w:trPr>
          <w:trHeight w:val="1247"/>
          <w:jc w:val="center"/>
        </w:trPr>
        <w:tc>
          <w:tcPr>
            <w:tcW w:w="10312" w:type="dxa"/>
            <w:gridSpan w:val="2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E5E67D5" w14:textId="77777777" w:rsidR="00E96034" w:rsidRDefault="00E96034"/>
        </w:tc>
      </w:tr>
      <w:tr w:rsidR="00E96034" w14:paraId="34FB0910" w14:textId="77777777">
        <w:trPr>
          <w:jc w:val="center"/>
        </w:trPr>
        <w:tc>
          <w:tcPr>
            <w:tcW w:w="3118" w:type="dxa"/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36FFE20" w14:textId="77777777" w:rsidR="00E96034" w:rsidRDefault="00000000">
            <w:r>
              <w:rPr>
                <w:b/>
              </w:rPr>
              <w:t>Necessità di autorizzazioni specifiche</w:t>
            </w:r>
          </w:p>
        </w:tc>
        <w:tc>
          <w:tcPr>
            <w:tcW w:w="652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A74FC2C" w14:textId="77777777" w:rsidR="00E96034" w:rsidRDefault="00000000">
            <w:r>
              <w:t>☐ No   ☐ Sì, specificare: ______________________________________________</w:t>
            </w:r>
          </w:p>
        </w:tc>
      </w:tr>
      <w:tr w:rsidR="00E96034" w14:paraId="7D010722" w14:textId="77777777">
        <w:trPr>
          <w:jc w:val="center"/>
        </w:trPr>
        <w:tc>
          <w:tcPr>
            <w:tcW w:w="3118" w:type="dxa"/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D9785ED" w14:textId="77777777" w:rsidR="00E96034" w:rsidRDefault="00000000">
            <w:r>
              <w:rPr>
                <w:b/>
              </w:rPr>
              <w:t>Somministrazione alimenti o bevande</w:t>
            </w:r>
          </w:p>
        </w:tc>
        <w:tc>
          <w:tcPr>
            <w:tcW w:w="652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8F9AA24" w14:textId="77777777" w:rsidR="00E96034" w:rsidRDefault="00000000">
            <w:r>
              <w:t>☐ No   ☐ Sì</w:t>
            </w:r>
          </w:p>
        </w:tc>
      </w:tr>
      <w:tr w:rsidR="00E96034" w14:paraId="675BB8E3" w14:textId="77777777">
        <w:trPr>
          <w:jc w:val="center"/>
        </w:trPr>
        <w:tc>
          <w:tcPr>
            <w:tcW w:w="3118" w:type="dxa"/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B7B9E4F" w14:textId="77777777" w:rsidR="00E96034" w:rsidRDefault="00000000">
            <w:r>
              <w:rPr>
                <w:b/>
              </w:rPr>
              <w:t>Utilizzo di musica tutelata</w:t>
            </w:r>
          </w:p>
        </w:tc>
        <w:tc>
          <w:tcPr>
            <w:tcW w:w="652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0751963" w14:textId="77777777" w:rsidR="00E96034" w:rsidRDefault="00000000">
            <w:r>
              <w:t>☐ No   ☐ Sì</w:t>
            </w:r>
          </w:p>
        </w:tc>
      </w:tr>
      <w:tr w:rsidR="00E96034" w14:paraId="5E1D3362" w14:textId="77777777">
        <w:trPr>
          <w:jc w:val="center"/>
        </w:trPr>
        <w:tc>
          <w:tcPr>
            <w:tcW w:w="3118" w:type="dxa"/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4D0D912" w14:textId="77777777" w:rsidR="00E96034" w:rsidRDefault="00000000">
            <w:r>
              <w:rPr>
                <w:b/>
              </w:rPr>
              <w:t>Presenza di minori</w:t>
            </w:r>
          </w:p>
        </w:tc>
        <w:tc>
          <w:tcPr>
            <w:tcW w:w="652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B246401" w14:textId="77777777" w:rsidR="00E96034" w:rsidRDefault="00000000">
            <w:r>
              <w:t>☐ No   ☐ Sì</w:t>
            </w:r>
          </w:p>
        </w:tc>
      </w:tr>
    </w:tbl>
    <w:p w14:paraId="21491936" w14:textId="77777777" w:rsidR="00E96034" w:rsidRDefault="00000000">
      <w:pPr>
        <w:spacing w:before="160" w:after="80"/>
      </w:pPr>
      <w:r>
        <w:rPr>
          <w:b/>
          <w:sz w:val="22"/>
        </w:rPr>
        <w:t>4. QUADRO ECONOMICO DELLA PROPOSTA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116"/>
        <w:gridCol w:w="7186"/>
      </w:tblGrid>
      <w:tr w:rsidR="00E96034" w14:paraId="6C767D87" w14:textId="77777777">
        <w:trPr>
          <w:jc w:val="center"/>
        </w:trPr>
        <w:tc>
          <w:tcPr>
            <w:tcW w:w="3118" w:type="dxa"/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C58E198" w14:textId="77777777" w:rsidR="00E96034" w:rsidRDefault="00000000">
            <w:r>
              <w:rPr>
                <w:b/>
              </w:rPr>
              <w:t>Compenso / imponibile richiesto (€) (*)</w:t>
            </w:r>
          </w:p>
        </w:tc>
        <w:tc>
          <w:tcPr>
            <w:tcW w:w="652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8D347CE" w14:textId="77777777" w:rsidR="00E96034" w:rsidRDefault="00E96034"/>
        </w:tc>
      </w:tr>
      <w:tr w:rsidR="00E96034" w14:paraId="2082455B" w14:textId="77777777">
        <w:trPr>
          <w:jc w:val="center"/>
        </w:trPr>
        <w:tc>
          <w:tcPr>
            <w:tcW w:w="3118" w:type="dxa"/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8BAA020" w14:textId="77777777" w:rsidR="00E96034" w:rsidRDefault="00000000">
            <w:r>
              <w:rPr>
                <w:b/>
              </w:rPr>
              <w:t>IVA (€)</w:t>
            </w:r>
          </w:p>
        </w:tc>
        <w:tc>
          <w:tcPr>
            <w:tcW w:w="652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A9DBDAC" w14:textId="77777777" w:rsidR="00E96034" w:rsidRDefault="00E96034"/>
        </w:tc>
      </w:tr>
      <w:tr w:rsidR="00E96034" w14:paraId="669DE779" w14:textId="77777777">
        <w:trPr>
          <w:jc w:val="center"/>
        </w:trPr>
        <w:tc>
          <w:tcPr>
            <w:tcW w:w="3118" w:type="dxa"/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0AB6DAE" w14:textId="77777777" w:rsidR="00E96034" w:rsidRDefault="00000000">
            <w:r>
              <w:rPr>
                <w:b/>
              </w:rPr>
              <w:lastRenderedPageBreak/>
              <w:t>Altri oneri e contributi (€)</w:t>
            </w:r>
          </w:p>
        </w:tc>
        <w:tc>
          <w:tcPr>
            <w:tcW w:w="652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B9B79D7" w14:textId="77777777" w:rsidR="00E96034" w:rsidRDefault="00E96034"/>
        </w:tc>
      </w:tr>
      <w:tr w:rsidR="00E96034" w14:paraId="74F2D929" w14:textId="77777777">
        <w:trPr>
          <w:jc w:val="center"/>
        </w:trPr>
        <w:tc>
          <w:tcPr>
            <w:tcW w:w="3118" w:type="dxa"/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2C5F9E7" w14:textId="77777777" w:rsidR="00E96034" w:rsidRDefault="00000000">
            <w:r>
              <w:rPr>
                <w:b/>
              </w:rPr>
              <w:t>TOTALE ONNICOMPRENSIVO (€) (*)</w:t>
            </w:r>
          </w:p>
        </w:tc>
        <w:tc>
          <w:tcPr>
            <w:tcW w:w="652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010F0CE" w14:textId="77777777" w:rsidR="00E96034" w:rsidRDefault="00E96034"/>
        </w:tc>
      </w:tr>
      <w:tr w:rsidR="00E96034" w14:paraId="1C97F4E1" w14:textId="77777777">
        <w:trPr>
          <w:jc w:val="center"/>
        </w:trPr>
        <w:tc>
          <w:tcPr>
            <w:tcW w:w="3118" w:type="dxa"/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382014B" w14:textId="77777777" w:rsidR="00E96034" w:rsidRDefault="00000000">
            <w:r>
              <w:rPr>
                <w:b/>
              </w:rPr>
              <w:t>Regime fiscale (*)</w:t>
            </w:r>
          </w:p>
        </w:tc>
        <w:tc>
          <w:tcPr>
            <w:tcW w:w="652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D78566A" w14:textId="77777777" w:rsidR="00E96034" w:rsidRDefault="00000000">
            <w:r>
              <w:t>☐ Fattura con IVA   ☐ Fattura senza IVA   ☐ Regime forfetario   ☐ Ricevuta con ritenuta d’acconto   ☐ Altro: __________________</w:t>
            </w:r>
          </w:p>
        </w:tc>
      </w:tr>
      <w:tr w:rsidR="00E96034" w14:paraId="3352C88A" w14:textId="77777777">
        <w:trPr>
          <w:jc w:val="center"/>
        </w:trPr>
        <w:tc>
          <w:tcPr>
            <w:tcW w:w="3118" w:type="dxa"/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C9A2373" w14:textId="77777777" w:rsidR="00E96034" w:rsidRDefault="00000000">
            <w:r>
              <w:rPr>
                <w:b/>
              </w:rPr>
              <w:t>Il costo comprende</w:t>
            </w:r>
          </w:p>
        </w:tc>
        <w:tc>
          <w:tcPr>
            <w:tcW w:w="652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04E9FBD" w14:textId="77777777" w:rsidR="00E96034" w:rsidRDefault="00000000">
            <w:r>
              <w:t>☐ Compensi artistici   ☐ Viaggio   ☐ Vitto/alloggio   ☐ Noleggi   ☐ SIAE   ☐ Assicurazione   ☐ Altro: __________</w:t>
            </w:r>
          </w:p>
        </w:tc>
      </w:tr>
      <w:tr w:rsidR="00E96034" w14:paraId="0E3D013B" w14:textId="77777777">
        <w:trPr>
          <w:jc w:val="center"/>
        </w:trPr>
        <w:tc>
          <w:tcPr>
            <w:tcW w:w="10312" w:type="dxa"/>
            <w:gridSpan w:val="2"/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9E4166D" w14:textId="77777777" w:rsidR="00E96034" w:rsidRDefault="00000000">
            <w:r>
              <w:rPr>
                <w:b/>
              </w:rPr>
              <w:t>Dettaglio e giustificazione del costo proposto (voci principali)</w:t>
            </w:r>
          </w:p>
        </w:tc>
      </w:tr>
      <w:tr w:rsidR="00E96034" w14:paraId="1EB0DE53" w14:textId="77777777">
        <w:trPr>
          <w:trHeight w:val="1559"/>
          <w:jc w:val="center"/>
        </w:trPr>
        <w:tc>
          <w:tcPr>
            <w:tcW w:w="10312" w:type="dxa"/>
            <w:gridSpan w:val="2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564FFA9" w14:textId="77777777" w:rsidR="00E96034" w:rsidRDefault="00E96034"/>
        </w:tc>
      </w:tr>
    </w:tbl>
    <w:p w14:paraId="024DC729" w14:textId="77777777" w:rsidR="00E96034" w:rsidRDefault="00000000">
      <w:pPr>
        <w:spacing w:before="160" w:after="80"/>
      </w:pPr>
      <w:r>
        <w:rPr>
          <w:b/>
          <w:sz w:val="22"/>
        </w:rPr>
        <w:t>5. ALLEGATI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302"/>
      </w:tblGrid>
      <w:tr w:rsidR="00E96034" w14:paraId="6FCF12E4" w14:textId="77777777">
        <w:tc>
          <w:tcPr>
            <w:tcW w:w="10312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CDE1B6D" w14:textId="77777777" w:rsidR="00E96034" w:rsidRDefault="00000000">
            <w:r>
              <w:rPr>
                <w:sz w:val="18"/>
              </w:rPr>
              <w:t>☐ Documento di identità   ☐ Relazione/programma dettagliato   ☐ Curriculum o presentazione del soggetto</w:t>
            </w:r>
            <w:r>
              <w:rPr>
                <w:sz w:val="18"/>
              </w:rPr>
              <w:br/>
              <w:t>☐ Foto/video o link   ☐ Visura/attestazione di iscrizione   ☐ Preventivo o dettaglio economico   ☐ Altro: __________________________</w:t>
            </w:r>
          </w:p>
        </w:tc>
      </w:tr>
    </w:tbl>
    <w:p w14:paraId="7614B421" w14:textId="77777777" w:rsidR="00E96034" w:rsidRDefault="00000000">
      <w:pPr>
        <w:spacing w:before="160" w:after="80"/>
      </w:pPr>
      <w:r>
        <w:rPr>
          <w:b/>
          <w:sz w:val="22"/>
        </w:rPr>
        <w:t>6. DICHIARAZIONI</w:t>
      </w:r>
    </w:p>
    <w:p w14:paraId="134F4735" w14:textId="77777777" w:rsidR="00E96034" w:rsidRDefault="00000000">
      <w:pPr>
        <w:spacing w:after="60"/>
      </w:pPr>
      <w:r>
        <w:rPr>
          <w:sz w:val="18"/>
        </w:rPr>
        <w:t>Il/La sottoscritto/a, ai sensi degli artt. 46 e 47 del D.P.R. 445/2000 e consapevole delle responsabilità previste dall’art. 76 del medesimo decreto, dichiara:</w:t>
      </w:r>
    </w:p>
    <w:p w14:paraId="636B8169" w14:textId="77777777" w:rsidR="00E96034" w:rsidRDefault="00000000">
      <w:pPr>
        <w:spacing w:after="20"/>
        <w:ind w:left="227"/>
      </w:pPr>
      <w:r>
        <w:rPr>
          <w:sz w:val="17"/>
        </w:rPr>
        <w:t>☐ di aver preso visione dell’Avviso pubblico e di accettarne integralmente contenuti e condizioni;</w:t>
      </w:r>
    </w:p>
    <w:p w14:paraId="2E508C16" w14:textId="77777777" w:rsidR="00E96034" w:rsidRDefault="00000000">
      <w:pPr>
        <w:spacing w:after="20"/>
        <w:ind w:left="227"/>
      </w:pPr>
      <w:r>
        <w:rPr>
          <w:sz w:val="17"/>
        </w:rPr>
        <w:t>☐ che i dati e le informazioni riportati nella domanda e negli allegati sono veritieri;</w:t>
      </w:r>
    </w:p>
    <w:p w14:paraId="631AF3E5" w14:textId="77777777" w:rsidR="00E96034" w:rsidRDefault="00000000">
      <w:pPr>
        <w:spacing w:after="20"/>
        <w:ind w:left="227"/>
      </w:pPr>
      <w:r>
        <w:rPr>
          <w:sz w:val="17"/>
        </w:rPr>
        <w:t>☐ di possedere, ove richiesti, i requisiti per contrattare con la Pubblica Amministrazione;</w:t>
      </w:r>
    </w:p>
    <w:p w14:paraId="1C0B721C" w14:textId="77777777" w:rsidR="00E96034" w:rsidRDefault="00000000">
      <w:pPr>
        <w:spacing w:after="20"/>
        <w:ind w:left="227"/>
      </w:pPr>
      <w:r>
        <w:rPr>
          <w:sz w:val="17"/>
        </w:rPr>
        <w:t>☐ di essere in regola, ove applicabile, con gli obblighi fiscali, contributivi, assicurativi e di sicurezza;</w:t>
      </w:r>
    </w:p>
    <w:p w14:paraId="7E254E72" w14:textId="77777777" w:rsidR="00E96034" w:rsidRDefault="00000000">
      <w:pPr>
        <w:spacing w:after="20"/>
        <w:ind w:left="227"/>
      </w:pPr>
      <w:r>
        <w:rPr>
          <w:sz w:val="17"/>
        </w:rPr>
        <w:t>☐ di assumere la responsabilità organizzativa e gestionale dell’iniziativa e di acquisire le autorizzazioni di propria competenza;</w:t>
      </w:r>
    </w:p>
    <w:p w14:paraId="783F670B" w14:textId="77777777" w:rsidR="00E96034" w:rsidRDefault="00000000">
      <w:pPr>
        <w:spacing w:after="20"/>
        <w:ind w:left="227"/>
      </w:pPr>
      <w:r>
        <w:rPr>
          <w:sz w:val="17"/>
        </w:rPr>
        <w:t>☐ di essere consapevole che la presentazione della proposta non costituisce affidamento, graduatoria, diritto al compenso o impegno per il Comune;</w:t>
      </w:r>
    </w:p>
    <w:p w14:paraId="3361061C" w14:textId="77777777" w:rsidR="00E96034" w:rsidRDefault="00000000">
      <w:pPr>
        <w:spacing w:after="20"/>
        <w:ind w:left="227"/>
      </w:pPr>
      <w:r>
        <w:rPr>
          <w:sz w:val="17"/>
        </w:rPr>
        <w:t>☐ di autorizzare il trattamento dei dati personali per le finalità del procedimento, secondo l’informativa contenuta nell’Avviso.</w:t>
      </w:r>
    </w:p>
    <w:p w14:paraId="2C34366A" w14:textId="77777777" w:rsidR="00E96034" w:rsidRDefault="00000000">
      <w:pPr>
        <w:spacing w:before="160" w:after="80"/>
      </w:pPr>
      <w:r>
        <w:rPr>
          <w:b/>
          <w:sz w:val="22"/>
        </w:rPr>
        <w:t>7. SOTTOSCRIZIONE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118"/>
        <w:gridCol w:w="6520"/>
      </w:tblGrid>
      <w:tr w:rsidR="00E96034" w14:paraId="56AEABED" w14:textId="77777777">
        <w:trPr>
          <w:jc w:val="center"/>
        </w:trPr>
        <w:tc>
          <w:tcPr>
            <w:tcW w:w="3118" w:type="dxa"/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A185CF8" w14:textId="77777777" w:rsidR="00E96034" w:rsidRDefault="00000000">
            <w:r>
              <w:rPr>
                <w:b/>
              </w:rPr>
              <w:t>Luogo e data</w:t>
            </w:r>
          </w:p>
        </w:tc>
        <w:tc>
          <w:tcPr>
            <w:tcW w:w="652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3B3757A" w14:textId="77777777" w:rsidR="00E96034" w:rsidRDefault="00E96034"/>
        </w:tc>
      </w:tr>
      <w:tr w:rsidR="00E96034" w14:paraId="5FBA1B1F" w14:textId="77777777">
        <w:trPr>
          <w:jc w:val="center"/>
        </w:trPr>
        <w:tc>
          <w:tcPr>
            <w:tcW w:w="3118" w:type="dxa"/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6067E70" w14:textId="77777777" w:rsidR="00E96034" w:rsidRDefault="00000000">
            <w:r>
              <w:rPr>
                <w:b/>
              </w:rPr>
              <w:t>Firma del proponente / legale rappresentante (*)</w:t>
            </w:r>
          </w:p>
        </w:tc>
        <w:tc>
          <w:tcPr>
            <w:tcW w:w="652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22D5246" w14:textId="77777777" w:rsidR="00E96034" w:rsidRDefault="00E96034"/>
        </w:tc>
      </w:tr>
    </w:tbl>
    <w:p w14:paraId="01AF7059" w14:textId="77777777" w:rsidR="00E96034" w:rsidRDefault="00000000">
      <w:pPr>
        <w:spacing w:before="80"/>
      </w:pPr>
      <w:r>
        <w:rPr>
          <w:i/>
          <w:sz w:val="16"/>
        </w:rPr>
        <w:t>La domanda può essere sottoscritta con firma digitale. In caso di firma autografa deve essere allegata copia di un documento di identità in corso di validità.</w:t>
      </w:r>
    </w:p>
    <w:sectPr w:rsidR="00E96034" w:rsidSect="00034616">
      <w:headerReference w:type="default" r:id="rId8"/>
      <w:footerReference w:type="default" r:id="rId9"/>
      <w:pgSz w:w="12240" w:h="15840"/>
      <w:pgMar w:top="794" w:right="964" w:bottom="794" w:left="9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43FE9" w14:textId="77777777" w:rsidR="00D90A8E" w:rsidRDefault="00D90A8E">
      <w:pPr>
        <w:spacing w:after="0" w:line="240" w:lineRule="auto"/>
      </w:pPr>
      <w:r>
        <w:separator/>
      </w:r>
    </w:p>
  </w:endnote>
  <w:endnote w:type="continuationSeparator" w:id="0">
    <w:p w14:paraId="58097A62" w14:textId="77777777" w:rsidR="00D90A8E" w:rsidRDefault="00D90A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C0651" w14:textId="77777777" w:rsidR="00E96034" w:rsidRDefault="00000000">
    <w:pPr>
      <w:pStyle w:val="Pidipagina"/>
      <w:jc w:val="center"/>
    </w:pPr>
    <w:proofErr w:type="spellStart"/>
    <w:r>
      <w:rPr>
        <w:sz w:val="15"/>
      </w:rPr>
      <w:t>Comune</w:t>
    </w:r>
    <w:proofErr w:type="spellEnd"/>
    <w:r>
      <w:rPr>
        <w:sz w:val="15"/>
      </w:rPr>
      <w:t xml:space="preserve"> di Seui - Via della Sapienza, 38 - 09064 Seui (SU) - Tel. 0782 54611</w:t>
    </w:r>
    <w:r>
      <w:rPr>
        <w:sz w:val="15"/>
      </w:rPr>
      <w:br/>
      <w:t>PEC: protocollo.seui@pec.comunas.it - e-mail: culturale@comune.seui.og.it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3D050D" w14:textId="77777777" w:rsidR="00D90A8E" w:rsidRDefault="00D90A8E">
      <w:pPr>
        <w:spacing w:after="0" w:line="240" w:lineRule="auto"/>
      </w:pPr>
      <w:r>
        <w:separator/>
      </w:r>
    </w:p>
  </w:footnote>
  <w:footnote w:type="continuationSeparator" w:id="0">
    <w:p w14:paraId="5B1A8BE5" w14:textId="77777777" w:rsidR="00D90A8E" w:rsidRDefault="00D90A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Layout w:type="fixed"/>
      <w:tblLook w:val="04A0" w:firstRow="1" w:lastRow="0" w:firstColumn="1" w:lastColumn="0" w:noHBand="0" w:noVBand="1"/>
    </w:tblPr>
    <w:tblGrid>
      <w:gridCol w:w="4961"/>
      <w:gridCol w:w="4961"/>
    </w:tblGrid>
    <w:tr w:rsidR="00E96034" w14:paraId="6E302818" w14:textId="77777777">
      <w:trPr>
        <w:jc w:val="center"/>
      </w:trPr>
      <w:tc>
        <w:tcPr>
          <w:tcW w:w="4961" w:type="dxa"/>
        </w:tcPr>
        <w:p w14:paraId="689344B3" w14:textId="77777777" w:rsidR="00E96034" w:rsidRDefault="00000000">
          <w:r>
            <w:rPr>
              <w:noProof/>
            </w:rPr>
            <w:drawing>
              <wp:inline distT="0" distB="0" distL="0" distR="0" wp14:anchorId="32C4BF1F" wp14:editId="40E4C687">
                <wp:extent cx="720000" cy="72000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00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61" w:type="dxa"/>
        </w:tcPr>
        <w:p w14:paraId="74BF691B" w14:textId="77777777" w:rsidR="00E96034" w:rsidRDefault="00000000">
          <w:r>
            <w:rPr>
              <w:b/>
              <w:sz w:val="30"/>
            </w:rPr>
            <w:t>COMUNE DI SEUI</w:t>
          </w:r>
          <w:r>
            <w:rPr>
              <w:b/>
              <w:sz w:val="30"/>
            </w:rPr>
            <w:br/>
          </w:r>
          <w:r>
            <w:rPr>
              <w:sz w:val="20"/>
            </w:rPr>
            <w:t xml:space="preserve">Provincia </w:t>
          </w:r>
          <w:proofErr w:type="spellStart"/>
          <w:r>
            <w:rPr>
              <w:sz w:val="20"/>
            </w:rPr>
            <w:t>dell’Ogliastra</w:t>
          </w:r>
          <w:proofErr w:type="spellEnd"/>
          <w:r>
            <w:rPr>
              <w:sz w:val="20"/>
            </w:rPr>
            <w:br/>
          </w:r>
          <w:r>
            <w:rPr>
              <w:b/>
              <w:sz w:val="22"/>
            </w:rPr>
            <w:t xml:space="preserve">Area </w:t>
          </w:r>
          <w:proofErr w:type="spellStart"/>
          <w:r>
            <w:rPr>
              <w:b/>
              <w:sz w:val="22"/>
            </w:rPr>
            <w:t>Affari</w:t>
          </w:r>
          <w:proofErr w:type="spellEnd"/>
          <w:r>
            <w:rPr>
              <w:b/>
              <w:sz w:val="22"/>
            </w:rPr>
            <w:t xml:space="preserve"> Generali - </w:t>
          </w:r>
          <w:proofErr w:type="spellStart"/>
          <w:r>
            <w:rPr>
              <w:b/>
              <w:sz w:val="22"/>
            </w:rPr>
            <w:t>Ufficio</w:t>
          </w:r>
          <w:proofErr w:type="spellEnd"/>
          <w:r>
            <w:rPr>
              <w:b/>
              <w:sz w:val="22"/>
            </w:rPr>
            <w:t xml:space="preserve"> Cultura</w:t>
          </w:r>
          <w:r>
            <w:rPr>
              <w:b/>
              <w:sz w:val="22"/>
            </w:rPr>
            <w:br/>
          </w: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89549171">
    <w:abstractNumId w:val="8"/>
  </w:num>
  <w:num w:numId="2" w16cid:durableId="259221128">
    <w:abstractNumId w:val="6"/>
  </w:num>
  <w:num w:numId="3" w16cid:durableId="1714883580">
    <w:abstractNumId w:val="5"/>
  </w:num>
  <w:num w:numId="4" w16cid:durableId="189228017">
    <w:abstractNumId w:val="4"/>
  </w:num>
  <w:num w:numId="5" w16cid:durableId="23409180">
    <w:abstractNumId w:val="7"/>
  </w:num>
  <w:num w:numId="6" w16cid:durableId="1091857853">
    <w:abstractNumId w:val="3"/>
  </w:num>
  <w:num w:numId="7" w16cid:durableId="159546371">
    <w:abstractNumId w:val="2"/>
  </w:num>
  <w:num w:numId="8" w16cid:durableId="1634866758">
    <w:abstractNumId w:val="1"/>
  </w:num>
  <w:num w:numId="9" w16cid:durableId="19907446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1A5D"/>
    <w:rsid w:val="00034616"/>
    <w:rsid w:val="0006063C"/>
    <w:rsid w:val="0015074B"/>
    <w:rsid w:val="0029639D"/>
    <w:rsid w:val="00326F90"/>
    <w:rsid w:val="003A7C84"/>
    <w:rsid w:val="003B3ED2"/>
    <w:rsid w:val="004772DE"/>
    <w:rsid w:val="00AA1D8D"/>
    <w:rsid w:val="00B47730"/>
    <w:rsid w:val="00CB0664"/>
    <w:rsid w:val="00CC483F"/>
    <w:rsid w:val="00D90A8E"/>
    <w:rsid w:val="00E9603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A50D85"/>
  <w14:defaultImageDpi w14:val="300"/>
  <w15:docId w15:val="{38AD01B8-806D-43D9-8AEA-AD7743672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  <w:rPr>
      <w:rFonts w:ascii="Arial" w:eastAsia="Arial" w:hAnsi="Arial"/>
      <w:sz w:val="19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520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3478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Valeria Cannas</cp:lastModifiedBy>
  <cp:revision>2</cp:revision>
  <dcterms:created xsi:type="dcterms:W3CDTF">2026-07-28T10:17:00Z</dcterms:created>
  <dcterms:modified xsi:type="dcterms:W3CDTF">2026-07-28T10:17:00Z</dcterms:modified>
  <cp:category/>
</cp:coreProperties>
</file>